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תכנון מצגת עמדה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הבניה של עמדה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טיעונים עם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להתמודד עם טיעון נגד ולהגיב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ניסוח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לפני שימוש בכלי חכם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העמדה הראשונית נכתבת בלי AI, כדי לבדוק את החשיבה העצמאית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הטיעון נראה מבוסס ואמין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טיעונים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(הנושא שעליו בונים את העמדה)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(הדעה שלי לפני שימוש בכלי חכם)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(משפט שתומך בעמדה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(המקום שממנו הגיע המידע)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ניסוח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העמדה הראשונית בלי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כתיבת שלושה טיעונים עם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טיעון נגד ומענה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שאלה ברורה, עמדה מנוסחת, טיעון הגיוני עם ציון מקור, וטיעון נגד עם תגובה הולמת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העמדה הראשונית נכתבת לפני שימוש בכלי חכם ומבטאת חשיבה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מקור מחזק את האמינות והביסוס של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טיעון נגד מראה הבנה מעמיקה של הנושא ויכולת להתמודד עם דעות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משותפת בכיתה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שהעמדה הראשונית נכתבת בלי שום עזרה חיצונית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לבחור נושא אישי לתרגול בחלק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תכנון מצגת עמדה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לפני שמשתמשים בכלים חכמים כדי לבדוק או לפתח רעיון, חשוב לגבש עמדה עצמאית ראשונית. בדף זה נתרגל את שלבי התכנון של מצגת עמדה: שאלה, עמדה, טיעונים עם מקורות, וטיעון נגד.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עמדה  ·  מקור  ·  טיעונים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השלב הראשון בתכנון מצגת עמדה?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כתיבת טיעון נגד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ניסוח השאלה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חיפוש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הדף, מתי צריך לגבש את העמדה הראשונית?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אחרי שימוש בכלי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לפני שימוש בכלי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באמצע הכתיבה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העמדה הראשונית נכתבת בעזרת כלי חכם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טיעון צריך להיות מלווה במקור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שפותחים את הכלי החכם, כותבים את ה__________ שלי בלי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 טיעון צריך להיות מלווה ב__________ אמין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כדי לחזק עמדה צריך להביא שלושה __________ שונים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המקום שממנו הגיע המידע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עמדה ראשונית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משפט שתומך בעמדה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טיעון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הדעה שלי לפני שימוש בכלי חכם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הנושא שעליו בונים את העמדה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שלבי התכנון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שלושה טיעונים עם מקורות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ניסוח השאלה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טיעון נגד ומענה עליו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העמדה הראשונית בלי AI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תרגול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שאלה פשוטה מתחום שמעניין אתכם (למשל: האם כדאי ללמוד עם מוזיקה). כתבו עמדה ראשונית, טיעון אחד עם מקור, וטיעון נגד עם מענה.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עמדה ראשונית לעמדה סופית?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חשוב לצרף מקור לכל 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תכנון מצגת עמדה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