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מצגת עמדה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הבניה של עמדה מנומקת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טיעונים עם מקורות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להתמודד עם טיעון נגד ולהגיב עליו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ניסוח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לפני שימוש בכלי חכם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שלושה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להראות שאני מכיר דעה הפוכה ויודע להגיב עליה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העמדה הראשונית נכתבת בלי AI, כדי לבדוק את החשיבה העצמאית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הטיעון נראה מבוסס ואמין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חשוב להציג טיעון נגד ולהראות איך עונים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הטיעונים צריכים להתייחס לשאלה שנשאלה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בדף מתוכננים שלושה טיעונים שונים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עמדה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טיעונים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(הנושא שעליו בונים את העמדה)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(הדעה שלי לפני שימוש בכלי חכם)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(משפט שתומך בעמדה שלי)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(המקום שממנו הגיע המידע)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(דעה הפוכה לשלי)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התכנון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ניסוח השאלה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העמדה הראשונית בלי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שלושה טיעונים עם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כתיבת טיעון נגד ומענה עליו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שאלה ברורה, עמדה מנוסחת, טיעון הגיוני עם ציון מקור, וטיעון נגד עם תגובה הולמת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העמדה הראשונית נכתבת לפני שימוש בכלי חכם ומבטאת חשיבה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מקור מחזק את האמינות והביסוס של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טיעון נגד מראה הבנה מעמיקה של הנושא ויכולת להתמודד עם דעות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בדוגמה משותפת בכיתה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שהעמדה הראשונית נכתבת בלי שום עזרה חיצונית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לאפשר לתלמידים לבחור נושא אישי לתרגול בחלק הפתוח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תכנון מצגת עמדה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לפני שמשתמשים בכלי חכם, כותבים קודם דעה משלנו. בדף הזה נלמד איך בונים שאלה, עמדה, וטיעונים עם מקורות.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הדעה שלי בנושא מסוים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שמסביר למה אני חושב ככה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שממנו לקחתי מידע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 נגד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דעה הפוכה לעמדה שלי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תשובה שמסבירה למה הטיעון הנגדי לא משכנע אותי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עמדה ראשונית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הדעה שלי לפני שהשתמשתי בכלי חכם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כותבים ראשון בדף התכנון?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כתיבת טיעון נגד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ניסוח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חיפוש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העמדה הראשונית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כותבים את הדעה שלנו - לפני או אחרי הכלי החכם?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שימוש בכלי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שימוש בכלי חכם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באמצע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צורך בעמדה ראשונית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טיעונים מופיעים במבנה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מוסיפים לכל טיעון חוץ מהמשפט עצמו?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מקור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חתימה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תאריך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המטרה של סעיף 'טיעון נגד'?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להחליף את העמדה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להראות שאני מכיר דעה הפוכה ויודע להגיב עליה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לבלבל את הקורא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את העבודה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העמדה הראשונית נכתבת בעזרת כלי חכם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טיעון צריך להיות מלווה במקור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צורך להתייחס לדעה הפוכה משלי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היא הבסיס שעליו בונים את כל המצגת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מספיק טיעון אחד כדי לבנות עמדה חזקה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שפותחים את הכלי החכם, כותבים את ה__________ שלי בלי 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כל טיעון צריך להיות מלווה ב__________ אמין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לחזק עמדה צריך להביא שלושה __________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כשיש דעה הפוכה משלי, אני כותב איך אני __________ עליה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השלב הראשון בתכנון הוא ניסוח ה__________ שעליה אדבר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שאלה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המקום שממנו הגיע המידע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עמדה ראשונית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דעה הפוכה לשלי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טיעון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הנושא שעליו בונים את העמדה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מקור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הדעה שלי לפני שימוש בכלי חכם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טיעון נגד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שתומך בעמדה שלי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התכנון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העמדה הראשונית בלי AI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ניסוח השאלה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טיעון נגד ומענה עליו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שלושה טיעונים עם מקורות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שאלה פשוטה מתחום שמעניין אתכם (למשל: האם כדאי ללמוד עם מוזיקה). כתבו עמדה ראשונית, טיעון אחד עם מקור, וטיעון נגד עם מענה.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עמדה ראשונית לעמדה סופית?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מדוע חשוב לצרף מקור לכל 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הערך של כתיבת טיעון נגד במצגת עמדה?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תכנון מצגת עמדה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