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מצגת עמדה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הבניה של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עם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להתמודד עם טיעון נגד ולהגיב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ניסוח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לפני שימוש בכלי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להראות שאני מכיר דעה הפוכה ויודע להגיב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העמדה הראשונית נכתבת בלי AI, כדי לבדוק את החשיבה העצמאית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הטיעון נראה מבוסס ואמין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חשוב להציג טיעון נגד ולהראות איך עונים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הטיעונים צריכים להתייחס לשאלה שנשאלה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בדף מתוכננים שלושה טיעונים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(הנושא שעליו בונים את העמדה)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(הדעה שלי לפני שימוש בכלי 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(משפט שתומך בעמדה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(המקום שממנו הגיע המידע)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(דעה הפוכה לשלי)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ניסוח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העמדה הראשונית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שלושה טיעונים עם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טיעון נגד ומענה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שאלה ברורה, עמדה מנוסחת, טיעון הגיוני עם ציון מקור, וטיעון נגד עם תגובה הולמת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העמדה הראשונית נכתבת לפני שימוש בכלי חכם ומבטאת חשיבה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מחזק את האמינות והביסוס של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נגד מראה הבנה מעמיקה של הנושא ויכולת להתמודד עם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משותפת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שהעמדה הראשונית נכתבת בלי שום עזרה חיצונית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לבחור נושא אישי לתרגול בחלק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מצגת עמדה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שמשתמשים בכלים חכמים כדי לבדוק או לפתח רעיון, חשוב לגבש עמדה עצמאית ראשונית. בדף זה נתרגל את שלבי התכנון של מצגת עמדה: שאלה, עמדה, טיעונים עם מקורות, וטיעון נגד.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השלב הראשון בתכנון מצגת עמדה?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טיעון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ניסוח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חיפוש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העמדה הראשונית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הדף, מתי צריך לגבש את העמדה הראשונית?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שימוש בכלי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שימוש בכלי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בעמדה ראשונית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טיעונים מופיעים במבנה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צריך לצרף לכל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סעיף 'טיעון נגד'?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להחליף את העמדה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שאני מכיר דעה הפוכה ויודע להגיב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לבלבל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העבודה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העמדה הראשונית נכתבת בעזרת כלי חכם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טיעון צריך להיות מלווה במקור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להתייחס לדעה הפוכה משלי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היא הבסיס שעליו בונים את כל המצגת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טיעון אחד כדי לבנות עמדה חזקה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שפותחים את הכלי החכם, כותבים את ה__________ שלי בלי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טיעון צריך להיות מלווה ב__________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לחזק עמדה צריך להביא שלושה __________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דעה הפוכה משלי, אני כותב איך אני __________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הראשון בתכנון הוא ניסוח ה__________ שעליה אדבר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שממנו הגיע המידע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עמדה ראשונית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שתומך בעמדה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טיעון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הנושא שעליו בונים את העמדה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דעה הפוכה לשלי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טיעון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הדעה שלי לפני שימוש בכלי חכם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שלושה טיעונים עם מקורות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טיעון נגד ומענה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העמדה הראשונית בלי 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השאלה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שאלה פשוטה מתחום שמעניין אתכם (למשל: האם כדאי ללמוד עם מוזיקה). כתבו עמדה ראשונית, טיעון אחד עם מקור, וטיעון נגד עם מענה.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עמדה ראשונית לעמדה סופית?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לצרף מקור לכל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הערך של כתיבת טיעון נגד במצגת עמדה?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תכנון מצגת עמדה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